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bCs/>
          <w:color w:val="355269"/>
          <w:sz w:val="21"/>
          <w:szCs w:val="21"/>
        </w:rPr>
        <w:t xml:space="preserve">ANEXO 2. </w:t>
        <w:br/>
        <w:t>CARTA DE PRESENTACIÓN, TRANSFERENCIA DERECHOS Y DECLARACIÓN DE CONFLICTO DE INTERESES</w:t>
      </w:r>
    </w:p>
    <w:p>
      <w:pPr>
        <w:pStyle w:val="Normal"/>
        <w:jc w:val="both"/>
        <w:rPr/>
      </w:pPr>
      <w:r>
        <w:rPr/>
        <w:t>(La carta de presentación tiene la finalidad de ayudar a que sea más rápido y eficiente el proceso de revisión del manuscrito y la toma de decisiones sobre este, en la medida en que informa y adelanta aquellos aspectos y detalles más importantes requeridos por la revista para la toma en consideración de un trabajo, tales como justificación de la elección de la revista, aportaciones del trabajo, declaración de autoría y originalidad, responsabilidades éticas y conflictos de interés, etc.).</w:t>
      </w:r>
    </w:p>
    <w:tbl>
      <w:tblPr>
        <w:tblW w:w="9356" w:type="dxa"/>
        <w:jc w:val="left"/>
        <w:tblInd w:w="-3" w:type="dxa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firstRow="1" w:noVBand="1" w:lastRow="0" w:firstColumn="1" w:lastColumn="0" w:noHBand="0" w:val="04a0"/>
      </w:tblPr>
      <w:tblGrid>
        <w:gridCol w:w="9356"/>
      </w:tblGrid>
      <w:tr>
        <w:trPr>
          <w:trHeight w:val="454" w:hRule="exact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b/>
                <w:b/>
                <w:bCs/>
              </w:rPr>
            </w:pPr>
            <w:r>
              <w:rPr>
                <w:b/>
                <w:bCs/>
              </w:rPr>
              <w:t>CARTA DE PRESENTACIÓN Y DE TRANSFERENCIA DE DERECHOS DE REPRODUCCIÓN</w:t>
            </w:r>
          </w:p>
        </w:tc>
      </w:tr>
      <w:tr>
        <w:trPr/>
        <w:tc>
          <w:tcPr>
            <w:tcW w:w="93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Sr./Sra. director/a de la Revista Andaluza de Administración Pública: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Leídas atentamente las instrucciones para los autores de la revista que Vd. dirige y analizada su cobertura, le ruego someta a la consideración de su posible publicación el manuscrito que adjunto le remito bajo el título:</w:t>
              <w:tab/>
              <w:br/>
              <w:t xml:space="preserve">   _______________________________________________________________________________________________________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Las aportaciones originales y novedades que, en mi opinión, el referido manuscrito aporta al conocimiento de ___________________________________________________ son, en síntesis, las siguientes: se trata de un estudio sobre _________________________________________________________________________________. </w:t>
            </w:r>
          </w:p>
          <w:p>
            <w:pPr>
              <w:pStyle w:val="Normal"/>
              <w:widowControl w:val="false"/>
              <w:spacing w:before="0" w:after="200"/>
              <w:jc w:val="both"/>
              <w:rPr/>
            </w:pPr>
            <w:r>
              <w:rPr/>
              <w:t>Los autores certifican que este trabajo no ha sido publicado ni está en vías de consideración para publicación en otra revista. Los autores se responsabilizan de su contenido y de haber contribuido a la concepción y realización del trabajo, participando además en la redacción del texto y sus revisiones, así como en la aprobación de la versión que finalmente se remite.</w:t>
            </w:r>
          </w:p>
        </w:tc>
      </w:tr>
      <w:tr>
        <w:trPr/>
        <w:tc>
          <w:tcPr>
            <w:tcW w:w="93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widowControl w:val="false"/>
              <w:spacing w:before="240" w:after="200"/>
              <w:rPr/>
            </w:pPr>
            <w:r>
              <w:rPr/>
              <w:t>CESIÓN DE DERECHOS Y DECLARACIÓN DE CONFLICTO DE INTERESES</w:t>
            </w:r>
          </w:p>
          <w:p>
            <w:pPr>
              <w:pStyle w:val="TextBody"/>
              <w:widowControl w:val="false"/>
              <w:rPr/>
            </w:pPr>
            <w:r>
              <w:rPr/>
              <w:t>Los autores del manuscrito abajo firmantes transfieren los derechos de reproducción en revistas científicas del presente trabajo al Instituto Andaluz de Administración Pública</w:t>
            </w:r>
            <w:r>
              <w:rPr>
                <w:color w:val="3465A4"/>
              </w:rPr>
              <w:t xml:space="preserve"> </w:t>
            </w:r>
            <w:r>
              <w:rPr/>
              <w:t>como editor de la Revista Andaluza de Administración Pública.</w:t>
            </w:r>
          </w:p>
          <w:p>
            <w:pPr>
              <w:pStyle w:val="TextBody"/>
              <w:widowControl w:val="false"/>
              <w:rPr/>
            </w:pPr>
            <w:r>
              <w:rPr/>
              <w:t>Declaramos además estar libres de cualquier asociación personal o comercial que pueda suponer un conflicto de intereses en conexión con el artículo remitido.</w:t>
            </w:r>
          </w:p>
          <w:p>
            <w:pPr>
              <w:pStyle w:val="TextBody"/>
              <w:widowControl w:val="false"/>
              <w:rPr/>
            </w:pPr>
            <w:r>
              <w:rPr/>
            </w:r>
          </w:p>
          <w:p>
            <w:pPr>
              <w:pStyle w:val="TextBody"/>
              <w:widowControl w:val="false"/>
              <w:rPr/>
            </w:pPr>
            <w:r>
              <w:rPr/>
            </w:r>
          </w:p>
          <w:p>
            <w:pPr>
              <w:pStyle w:val="TextBody"/>
              <w:widowControl w:val="false"/>
              <w:rPr/>
            </w:pPr>
            <w:r>
              <w:rPr/>
            </w:r>
          </w:p>
          <w:p>
            <w:pPr>
              <w:pStyle w:val="TextBody"/>
              <w:widowControl w:val="false"/>
              <w:spacing w:before="0" w:after="120"/>
              <w:rPr>
                <w:color w:val="3465A4"/>
              </w:rPr>
            </w:pPr>
            <w:r>
              <w:rPr/>
              <w:t>Fdo.:  _________________________________     _________________________________     _________________________________</w:t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headerReference w:type="default" r:id="rId2"/>
      <w:type w:val="nextPage"/>
      <w:pgSz w:w="12240" w:h="15840"/>
      <w:pgMar w:left="1417" w:right="1417" w:header="600" w:top="1564" w:footer="0" w:bottom="141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ind w:left="1077" w:hanging="0"/>
      <w:rPr/>
    </w:pPr>
    <w: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71755</wp:posOffset>
          </wp:positionH>
          <wp:positionV relativeFrom="paragraph">
            <wp:posOffset>-81280</wp:posOffset>
          </wp:positionV>
          <wp:extent cx="551815" cy="346075"/>
          <wp:effectExtent l="0" t="0" r="0" b="0"/>
          <wp:wrapSquare wrapText="largest"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346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 xml:space="preserve">  </w:t>
    </w:r>
    <w:r>
      <w:rPr>
        <w:color w:val="808080"/>
        <w:sz w:val="26"/>
        <w:szCs w:val="26"/>
      </w:rPr>
      <w:t>Revista Andaluza de Administración Pública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s-ES" w:eastAsia="en-US" w:bidi="ar-SA"/>
    </w:rPr>
  </w:style>
  <w:style w:type="paragraph" w:styleId="Heading1">
    <w:name w:val="Heading 1"/>
    <w:basedOn w:val="Normal"/>
    <w:next w:val="Normal"/>
    <w:link w:val="Ttulo1C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Ttulo3C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link w:val="Encabezado"/>
    <w:uiPriority w:val="99"/>
    <w:qFormat/>
    <w:rsid w:val="00e618bf"/>
    <w:rPr/>
  </w:style>
  <w:style w:type="character" w:styleId="PiedepginaCar" w:customStyle="1">
    <w:name w:val="Pie de página Car"/>
    <w:basedOn w:val="DefaultParagraphFont"/>
    <w:link w:val="Piedepgina"/>
    <w:uiPriority w:val="99"/>
    <w:qFormat/>
    <w:rsid w:val="00e618bf"/>
    <w:rPr/>
  </w:style>
  <w:style w:type="character" w:styleId="Ttulo1Car" w:customStyle="1">
    <w:name w:val="Título 1 Car"/>
    <w:basedOn w:val="DefaultParagraphFont"/>
    <w:link w:val="Ttulo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Ttulo2Car" w:customStyle="1">
    <w:name w:val="Título 2 Car"/>
    <w:basedOn w:val="DefaultParagraphFont"/>
    <w:link w:val="Ttulo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Ttulo3Car" w:customStyle="1">
    <w:name w:val="Título 3 Car"/>
    <w:basedOn w:val="DefaultParagraphFont"/>
    <w:link w:val="Ttulo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tuloCar" w:customStyle="1">
    <w:name w:val="Título Car"/>
    <w:basedOn w:val="DefaultParagraphFont"/>
    <w:link w:val="Ttulo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tuloCar" w:customStyle="1">
    <w:name w:val="Subtítulo Car"/>
    <w:basedOn w:val="DefaultParagraphFont"/>
    <w:link w:val="Subttulo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TextoindependienteCar" w:customStyle="1">
    <w:name w:val="Texto independiente Car"/>
    <w:basedOn w:val="DefaultParagraphFont"/>
    <w:link w:val="Textoindependiente"/>
    <w:uiPriority w:val="99"/>
    <w:qFormat/>
    <w:rsid w:val="00aa1d8d"/>
    <w:rPr/>
  </w:style>
  <w:style w:type="character" w:styleId="Textoindependiente2Car" w:customStyle="1">
    <w:name w:val="Texto independiente 2 Car"/>
    <w:basedOn w:val="DefaultParagraphFont"/>
    <w:link w:val="Textoindependiente2"/>
    <w:uiPriority w:val="99"/>
    <w:qFormat/>
    <w:rsid w:val="00aa1d8d"/>
    <w:rPr/>
  </w:style>
  <w:style w:type="character" w:styleId="Textoindependiente3Car" w:customStyle="1">
    <w:name w:val="Texto independiente 3 Car"/>
    <w:basedOn w:val="DefaultParagraphFont"/>
    <w:link w:val="Textoindependiente3"/>
    <w:uiPriority w:val="99"/>
    <w:qFormat/>
    <w:rsid w:val="00aa1d8d"/>
    <w:rPr>
      <w:sz w:val="16"/>
      <w:szCs w:val="16"/>
    </w:rPr>
  </w:style>
  <w:style w:type="character" w:styleId="TextomacroCar" w:customStyle="1">
    <w:name w:val="Texto macro Car"/>
    <w:basedOn w:val="DefaultParagraphFont"/>
    <w:link w:val="Textomacro"/>
    <w:uiPriority w:val="99"/>
    <w:qFormat/>
    <w:rsid w:val="0029639d"/>
    <w:rPr>
      <w:rFonts w:ascii="Courier" w:hAnsi="Courier"/>
      <w:sz w:val="20"/>
      <w:szCs w:val="20"/>
    </w:rPr>
  </w:style>
  <w:style w:type="character" w:styleId="CitaCar" w:customStyle="1">
    <w:name w:val="Cita Car"/>
    <w:basedOn w:val="DefaultParagraphFont"/>
    <w:link w:val="Cita"/>
    <w:uiPriority w:val="29"/>
    <w:qFormat/>
    <w:rsid w:val="00fc693f"/>
    <w:rPr>
      <w:i/>
      <w:iCs/>
      <w:color w:val="000000" w:themeColor="text1"/>
    </w:rPr>
  </w:style>
  <w:style w:type="character" w:styleId="Ttulo4Car" w:customStyle="1">
    <w:name w:val="Título 4 Car"/>
    <w:basedOn w:val="DefaultParagraphFont"/>
    <w:link w:val="Ttulo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Ttulo5Car" w:customStyle="1">
    <w:name w:val="Título 5 Car"/>
    <w:basedOn w:val="DefaultParagraphFont"/>
    <w:link w:val="Ttulo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Ttulo6Car" w:customStyle="1">
    <w:name w:val="Título 6 Car"/>
    <w:basedOn w:val="DefaultParagraphFont"/>
    <w:link w:val="Ttulo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Ttulo7Car" w:customStyle="1">
    <w:name w:val="Título 7 Car"/>
    <w:basedOn w:val="DefaultParagraphFont"/>
    <w:link w:val="Ttulo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Ttulo8Car" w:customStyle="1">
    <w:name w:val="Título 8 Car"/>
    <w:basedOn w:val="DefaultParagraphFont"/>
    <w:link w:val="Ttulo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tulo9Car" w:customStyle="1">
    <w:name w:val="Título 9 Car"/>
    <w:basedOn w:val="DefaultParagraphFont"/>
    <w:link w:val="Ttulo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itadestacadaCar" w:customStyle="1">
    <w:name w:val="Cita destacada Car"/>
    <w:basedOn w:val="DefaultParagraphFont"/>
    <w:link w:val="Citadestacada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link w:val="TextoindependienteC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Lucida Sans"/>
    </w:rPr>
  </w:style>
  <w:style w:type="paragraph" w:styleId="Caption1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s-ES" w:eastAsia="en-US" w:bidi="ar-SA"/>
    </w:rPr>
  </w:style>
  <w:style w:type="paragraph" w:styleId="Title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tuloC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Textoindependiente2C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Textoindependiente3C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Bullet4">
    <w:name w:val="List Bullet 4"/>
    <w:basedOn w:val="Normal"/>
    <w:uiPriority w:val="99"/>
    <w:unhideWhenUsed/>
    <w:qFormat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TextomacroC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s-ES" w:eastAsia="en-US" w:bidi="ar-SA"/>
    </w:rPr>
  </w:style>
  <w:style w:type="paragraph" w:styleId="Quote">
    <w:name w:val="Quote"/>
    <w:basedOn w:val="Normal"/>
    <w:next w:val="Normal"/>
    <w:link w:val="CitaCar"/>
    <w:uiPriority w:val="29"/>
    <w:qFormat/>
    <w:rsid w:val="00fc693f"/>
    <w:pPr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/>
    <w:rPr/>
  </w:style>
  <w:style w:type="paragraph" w:styleId="TableContents" w:customStyle="1">
    <w:name w:val="Table Contents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fc693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">
    <w:name w:val="Light Shading"/>
    <w:basedOn w:val="Tablanorma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Cuadrculaclara">
    <w:name w:val="Light Grid"/>
    <w:basedOn w:val="Tablanormal"/>
    <w:uiPriority w:val="62"/>
    <w:rsid w:val="00cb0664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domedio1">
    <w:name w:val="Medium Shading 1"/>
    <w:basedOn w:val="Tablanormal"/>
    <w:uiPriority w:val="63"/>
    <w:rsid w:val="00cb0664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00000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F81B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0504D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BBB59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8064A2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BACC6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79646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1">
    <w:name w:val="Colorful Shading Accent 1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F81BD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2">
    <w:name w:val="Colorful Shading Accent 2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C0504D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3">
    <w:name w:val="Colorful Shading Accent 3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BBB59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8064A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5">
    <w:name w:val="Colorful Shading Accent 5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BACC6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6">
    <w:name w:val="Colorful Shading Accent 6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F79646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Listavistosa">
    <w:name w:val="Colorful List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Application>LibreOffice/7.1.7.2$Windows_X86_64 LibreOffice_project/c6a4e3954236145e2acb0b65f68614365aeee33f</Application>
  <AppVersion>15.0000</AppVersion>
  <Pages>1</Pages>
  <Words>311</Words>
  <Characters>2027</Characters>
  <CharactersWithSpaces>2343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2025-04-11T09:46:00Z</dcterms:created>
  <dc:creator>python-docx</dc:creator>
  <dc:description/>
  <dc:language>es-ES</dc:language>
  <cp:lastModifiedBy/>
  <dcterms:modified xsi:type="dcterms:W3CDTF">2025-05-20T12:49:17Z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776f17be-b179-41a3-8413-479680219329</vt:lpwstr>
  </property>
</Properties>
</file>